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1C8255" w14:textId="69ECB593" w:rsidR="002E4FF4" w:rsidRDefault="00AF387F">
      <w:pPr>
        <w:spacing w:after="80"/>
      </w:pPr>
      <w:r>
        <w:rPr>
          <w:noProof/>
        </w:rPr>
        <w:drawing>
          <wp:inline distT="0" distB="0" distL="0" distR="0" wp14:anchorId="4912AE0A" wp14:editId="0F5AB076">
            <wp:extent cx="350520" cy="350520"/>
            <wp:effectExtent l="0" t="0" r="0" b="0"/>
            <wp:docPr id="3848589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50520" cy="350520"/>
                    </a:xfrm>
                    <a:prstGeom prst="rect">
                      <a:avLst/>
                    </a:prstGeom>
                    <a:noFill/>
                    <a:ln>
                      <a:noFill/>
                    </a:ln>
                  </pic:spPr>
                </pic:pic>
              </a:graphicData>
            </a:graphic>
          </wp:inline>
        </w:drawing>
      </w:r>
      <w:r w:rsidR="00000000">
        <w:rPr>
          <w:b/>
          <w:color w:val="1F4E79"/>
          <w:sz w:val="40"/>
        </w:rPr>
        <w:t xml:space="preserve"> Falconry Heritage Trust (FHT)</w:t>
      </w:r>
    </w:p>
    <w:p w14:paraId="6CC0EDDD" w14:textId="77777777" w:rsidR="002E4FF4" w:rsidRDefault="00000000">
      <w:pPr>
        <w:spacing w:after="480"/>
      </w:pPr>
      <w:r>
        <w:rPr>
          <w:i/>
          <w:color w:val="595959"/>
          <w:sz w:val="28"/>
        </w:rPr>
        <w:t>Grant Application Checklist &amp; Cover Sheet</w:t>
      </w:r>
    </w:p>
    <w:p w14:paraId="40722235" w14:textId="77777777" w:rsidR="002E4FF4" w:rsidRDefault="00000000">
      <w:pPr>
        <w:spacing w:after="320"/>
      </w:pPr>
      <w:r>
        <w:t>Welcome! We are excited to learn more about your project. To help us process your application as quickly as possible, please fill out this brief form and use the checklist below to ensure everything we need is included. You can expect a response from us within one week of submission.</w:t>
      </w:r>
    </w:p>
    <w:p w14:paraId="75972CE2" w14:textId="77777777" w:rsidR="002E4FF4" w:rsidRDefault="00000000">
      <w:pPr>
        <w:spacing w:before="240" w:after="160"/>
      </w:pPr>
      <w:r>
        <w:rPr>
          <w:b/>
          <w:color w:val="1F4E79"/>
          <w:sz w:val="26"/>
        </w:rPr>
        <w:t>1. About You &amp; Your Project</w:t>
      </w:r>
    </w:p>
    <w:tbl>
      <w:tblPr>
        <w:tblW w:w="0" w:type="auto"/>
        <w:tblLayout w:type="fixed"/>
        <w:tblLook w:val="04A0" w:firstRow="1" w:lastRow="0" w:firstColumn="1" w:lastColumn="0" w:noHBand="0" w:noVBand="1"/>
      </w:tblPr>
      <w:tblGrid>
        <w:gridCol w:w="3168"/>
        <w:gridCol w:w="6192"/>
      </w:tblGrid>
      <w:tr w:rsidR="002E4FF4" w14:paraId="40EA09E6" w14:textId="77777777">
        <w:tc>
          <w:tcPr>
            <w:tcW w:w="3168" w:type="dxa"/>
            <w:shd w:val="clear" w:color="auto" w:fill="F2F2F2"/>
            <w:tcMar>
              <w:top w:w="120" w:type="dxa"/>
              <w:left w:w="150" w:type="dxa"/>
              <w:bottom w:w="120" w:type="dxa"/>
              <w:right w:w="150" w:type="dxa"/>
            </w:tcMar>
          </w:tcPr>
          <w:p w14:paraId="43A1CDF1" w14:textId="77777777" w:rsidR="002E4FF4" w:rsidRDefault="00000000">
            <w:pPr>
              <w:spacing w:after="0"/>
            </w:pPr>
            <w:r>
              <w:rPr>
                <w:b/>
                <w:sz w:val="20"/>
              </w:rPr>
              <w:t>Applicant Name / Organisation:</w:t>
            </w:r>
          </w:p>
        </w:tc>
        <w:tc>
          <w:tcPr>
            <w:tcW w:w="6192" w:type="dxa"/>
            <w:tcMar>
              <w:top w:w="120" w:type="dxa"/>
              <w:left w:w="150" w:type="dxa"/>
              <w:bottom w:w="120" w:type="dxa"/>
              <w:right w:w="150" w:type="dxa"/>
            </w:tcMar>
          </w:tcPr>
          <w:p w14:paraId="3166697F" w14:textId="77777777" w:rsidR="002E4FF4" w:rsidRDefault="002E4FF4">
            <w:pPr>
              <w:spacing w:after="0"/>
            </w:pPr>
          </w:p>
        </w:tc>
      </w:tr>
      <w:tr w:rsidR="002E4FF4" w14:paraId="68E0E664" w14:textId="77777777">
        <w:tc>
          <w:tcPr>
            <w:tcW w:w="3168" w:type="dxa"/>
            <w:shd w:val="clear" w:color="auto" w:fill="F2F2F2"/>
            <w:tcMar>
              <w:top w:w="120" w:type="dxa"/>
              <w:left w:w="150" w:type="dxa"/>
              <w:bottom w:w="120" w:type="dxa"/>
              <w:right w:w="150" w:type="dxa"/>
            </w:tcMar>
          </w:tcPr>
          <w:p w14:paraId="6D8A9172" w14:textId="77777777" w:rsidR="002E4FF4" w:rsidRDefault="00000000">
            <w:pPr>
              <w:spacing w:after="0"/>
            </w:pPr>
            <w:r>
              <w:rPr>
                <w:b/>
                <w:sz w:val="20"/>
              </w:rPr>
              <w:t>Country of Operation:</w:t>
            </w:r>
          </w:p>
        </w:tc>
        <w:tc>
          <w:tcPr>
            <w:tcW w:w="6192" w:type="dxa"/>
            <w:tcMar>
              <w:top w:w="120" w:type="dxa"/>
              <w:left w:w="150" w:type="dxa"/>
              <w:bottom w:w="120" w:type="dxa"/>
              <w:right w:w="150" w:type="dxa"/>
            </w:tcMar>
          </w:tcPr>
          <w:p w14:paraId="77FABAE5" w14:textId="77777777" w:rsidR="002E4FF4" w:rsidRDefault="002E4FF4">
            <w:pPr>
              <w:spacing w:after="0"/>
            </w:pPr>
          </w:p>
        </w:tc>
      </w:tr>
      <w:tr w:rsidR="002E4FF4" w14:paraId="2EAA8693" w14:textId="77777777">
        <w:tc>
          <w:tcPr>
            <w:tcW w:w="3168" w:type="dxa"/>
            <w:shd w:val="clear" w:color="auto" w:fill="F2F2F2"/>
            <w:tcMar>
              <w:top w:w="120" w:type="dxa"/>
              <w:left w:w="150" w:type="dxa"/>
              <w:bottom w:w="120" w:type="dxa"/>
              <w:right w:w="150" w:type="dxa"/>
            </w:tcMar>
          </w:tcPr>
          <w:p w14:paraId="16F36645" w14:textId="77777777" w:rsidR="002E4FF4" w:rsidRDefault="00000000">
            <w:pPr>
              <w:spacing w:after="0"/>
            </w:pPr>
            <w:r>
              <w:rPr>
                <w:b/>
                <w:sz w:val="20"/>
              </w:rPr>
              <w:t>Contact Email Address:</w:t>
            </w:r>
          </w:p>
        </w:tc>
        <w:tc>
          <w:tcPr>
            <w:tcW w:w="6192" w:type="dxa"/>
            <w:tcMar>
              <w:top w:w="120" w:type="dxa"/>
              <w:left w:w="150" w:type="dxa"/>
              <w:bottom w:w="120" w:type="dxa"/>
              <w:right w:w="150" w:type="dxa"/>
            </w:tcMar>
          </w:tcPr>
          <w:p w14:paraId="12A713AD" w14:textId="77777777" w:rsidR="002E4FF4" w:rsidRDefault="002E4FF4">
            <w:pPr>
              <w:spacing w:after="0"/>
            </w:pPr>
          </w:p>
        </w:tc>
      </w:tr>
      <w:tr w:rsidR="002E4FF4" w14:paraId="45A89632" w14:textId="77777777">
        <w:tc>
          <w:tcPr>
            <w:tcW w:w="3168" w:type="dxa"/>
            <w:shd w:val="clear" w:color="auto" w:fill="F2F2F2"/>
            <w:tcMar>
              <w:top w:w="120" w:type="dxa"/>
              <w:left w:w="150" w:type="dxa"/>
              <w:bottom w:w="120" w:type="dxa"/>
              <w:right w:w="150" w:type="dxa"/>
            </w:tcMar>
          </w:tcPr>
          <w:p w14:paraId="5EF98E1E" w14:textId="77777777" w:rsidR="002E4FF4" w:rsidRDefault="00000000">
            <w:pPr>
              <w:spacing w:after="0"/>
            </w:pPr>
            <w:r>
              <w:rPr>
                <w:b/>
                <w:sz w:val="20"/>
              </w:rPr>
              <w:t>Project Title:</w:t>
            </w:r>
          </w:p>
        </w:tc>
        <w:tc>
          <w:tcPr>
            <w:tcW w:w="6192" w:type="dxa"/>
            <w:tcMar>
              <w:top w:w="120" w:type="dxa"/>
              <w:left w:w="150" w:type="dxa"/>
              <w:bottom w:w="120" w:type="dxa"/>
              <w:right w:w="150" w:type="dxa"/>
            </w:tcMar>
          </w:tcPr>
          <w:p w14:paraId="26CDF123" w14:textId="77777777" w:rsidR="002E4FF4" w:rsidRDefault="002E4FF4">
            <w:pPr>
              <w:spacing w:after="0"/>
            </w:pPr>
          </w:p>
        </w:tc>
      </w:tr>
      <w:tr w:rsidR="002E4FF4" w14:paraId="6BBD2DCE" w14:textId="77777777">
        <w:tc>
          <w:tcPr>
            <w:tcW w:w="3168" w:type="dxa"/>
            <w:shd w:val="clear" w:color="auto" w:fill="F2F2F2"/>
            <w:tcMar>
              <w:top w:w="120" w:type="dxa"/>
              <w:left w:w="150" w:type="dxa"/>
              <w:bottom w:w="120" w:type="dxa"/>
              <w:right w:w="150" w:type="dxa"/>
            </w:tcMar>
          </w:tcPr>
          <w:p w14:paraId="6F96C4C4" w14:textId="77777777" w:rsidR="002E4FF4" w:rsidRDefault="00000000">
            <w:pPr>
              <w:spacing w:after="0"/>
            </w:pPr>
            <w:r>
              <w:rPr>
                <w:b/>
                <w:sz w:val="20"/>
              </w:rPr>
              <w:t>Requested Grant Amount (£):</w:t>
            </w:r>
          </w:p>
        </w:tc>
        <w:tc>
          <w:tcPr>
            <w:tcW w:w="6192" w:type="dxa"/>
            <w:tcMar>
              <w:top w:w="120" w:type="dxa"/>
              <w:left w:w="150" w:type="dxa"/>
              <w:bottom w:w="120" w:type="dxa"/>
              <w:right w:w="150" w:type="dxa"/>
            </w:tcMar>
          </w:tcPr>
          <w:p w14:paraId="060793C9" w14:textId="77777777" w:rsidR="002E4FF4" w:rsidRDefault="00000000">
            <w:pPr>
              <w:spacing w:after="0"/>
            </w:pPr>
            <w:r>
              <w:rPr>
                <w:i/>
                <w:color w:val="8C8C8C"/>
                <w:sz w:val="20"/>
              </w:rPr>
              <w:t>Typically £200 – £2,000</w:t>
            </w:r>
          </w:p>
        </w:tc>
      </w:tr>
    </w:tbl>
    <w:p w14:paraId="539322FC" w14:textId="77777777" w:rsidR="002E4FF4" w:rsidRDefault="002E4FF4">
      <w:pPr>
        <w:spacing w:after="240"/>
      </w:pPr>
    </w:p>
    <w:p w14:paraId="4EB1EDCB" w14:textId="77777777" w:rsidR="002E4FF4" w:rsidRDefault="00000000">
      <w:pPr>
        <w:spacing w:before="240" w:after="160"/>
      </w:pPr>
      <w:r>
        <w:rPr>
          <w:b/>
          <w:color w:val="1F4E79"/>
          <w:sz w:val="26"/>
        </w:rPr>
        <w:t>2. Application Checklist</w:t>
      </w:r>
    </w:p>
    <w:p w14:paraId="1AFC7331" w14:textId="77777777" w:rsidR="002E4FF4" w:rsidRDefault="00000000">
      <w:pPr>
        <w:spacing w:after="160"/>
        <w:ind w:left="576" w:hanging="576"/>
      </w:pPr>
      <w:r>
        <w:rPr>
          <w:rFonts w:ascii="MS Gothic" w:hAnsi="MS Gothic"/>
          <w:b/>
          <w:sz w:val="24"/>
        </w:rPr>
        <w:t xml:space="preserve">☐  </w:t>
      </w:r>
      <w:r>
        <w:rPr>
          <w:b/>
        </w:rPr>
        <w:t xml:space="preserve">Your Project Idea: </w:t>
      </w:r>
      <w:r>
        <w:rPr>
          <w:color w:val="404040"/>
        </w:rPr>
        <w:t>A brief overview of your goals, how it supports falconry diversity, and who it helps (especially if focusing on youth or women's groups).</w:t>
      </w:r>
    </w:p>
    <w:p w14:paraId="61DBEE99" w14:textId="77777777" w:rsidR="002E4FF4" w:rsidRDefault="00000000">
      <w:pPr>
        <w:spacing w:after="160"/>
        <w:ind w:left="576" w:hanging="576"/>
      </w:pPr>
      <w:r>
        <w:rPr>
          <w:rFonts w:ascii="MS Gothic" w:hAnsi="MS Gothic"/>
          <w:b/>
          <w:sz w:val="24"/>
        </w:rPr>
        <w:t xml:space="preserve">☐  </w:t>
      </w:r>
      <w:r>
        <w:rPr>
          <w:b/>
        </w:rPr>
        <w:t xml:space="preserve">Budget &amp; Funding Breakdown: </w:t>
      </w:r>
      <w:r>
        <w:rPr>
          <w:color w:val="404040"/>
        </w:rPr>
        <w:t>A simple overview of how the funds will be used. (Note: We cannot fund labor/writing costs, university degrees, or catering/hospitality).</w:t>
      </w:r>
    </w:p>
    <w:p w14:paraId="4D5D4E94" w14:textId="77777777" w:rsidR="002E4FF4" w:rsidRDefault="00000000">
      <w:pPr>
        <w:spacing w:after="160"/>
        <w:ind w:left="576" w:hanging="576"/>
      </w:pPr>
      <w:r>
        <w:rPr>
          <w:rFonts w:ascii="MS Gothic" w:hAnsi="MS Gothic"/>
          <w:b/>
          <w:sz w:val="24"/>
        </w:rPr>
        <w:t xml:space="preserve">☐  </w:t>
      </w:r>
      <w:r>
        <w:rPr>
          <w:b/>
        </w:rPr>
        <w:t xml:space="preserve">For Books, Brochures, or Translations: </w:t>
      </w:r>
      <w:r>
        <w:rPr>
          <w:color w:val="404040"/>
        </w:rPr>
        <w:t>A brief confirmation that the final PDF copy will be made available for free circulation on both your website and ours.</w:t>
      </w:r>
    </w:p>
    <w:p w14:paraId="0F9C6C4B" w14:textId="77777777" w:rsidR="002E4FF4" w:rsidRDefault="00000000">
      <w:pPr>
        <w:spacing w:after="160"/>
        <w:ind w:left="576" w:hanging="576"/>
      </w:pPr>
      <w:r>
        <w:rPr>
          <w:rFonts w:ascii="MS Gothic" w:hAnsi="MS Gothic"/>
          <w:b/>
          <w:sz w:val="24"/>
        </w:rPr>
        <w:t xml:space="preserve">☐  </w:t>
      </w:r>
      <w:r>
        <w:rPr>
          <w:b/>
        </w:rPr>
        <w:t xml:space="preserve">For Printing Cost Requests: </w:t>
      </w:r>
      <w:r>
        <w:rPr>
          <w:color w:val="404040"/>
        </w:rPr>
        <w:t>An attached quote or invoice from your printer, along with their contact details. (We pay printers directly to cover these costs).</w:t>
      </w:r>
    </w:p>
    <w:p w14:paraId="7EF33BA1" w14:textId="77777777" w:rsidR="002E4FF4" w:rsidRDefault="00000000">
      <w:pPr>
        <w:spacing w:after="160"/>
        <w:ind w:left="576" w:hanging="576"/>
      </w:pPr>
      <w:r>
        <w:rPr>
          <w:rFonts w:ascii="MS Gothic" w:hAnsi="MS Gothic"/>
          <w:b/>
          <w:sz w:val="24"/>
        </w:rPr>
        <w:t xml:space="preserve">☐  </w:t>
      </w:r>
      <w:r>
        <w:rPr>
          <w:b/>
        </w:rPr>
        <w:t xml:space="preserve">For Falconry Museums: </w:t>
      </w:r>
      <w:r>
        <w:rPr>
          <w:color w:val="404040"/>
        </w:rPr>
        <w:t>A quick summary of the physical artefacts on display and details about the specific furniture or glass cases you need.</w:t>
      </w:r>
    </w:p>
    <w:p w14:paraId="54438D24" w14:textId="77777777" w:rsidR="002E4FF4" w:rsidRDefault="00000000">
      <w:pPr>
        <w:spacing w:after="160"/>
        <w:ind w:left="576" w:hanging="576"/>
      </w:pPr>
      <w:r>
        <w:rPr>
          <w:rFonts w:ascii="MS Gothic" w:hAnsi="MS Gothic"/>
          <w:b/>
          <w:sz w:val="24"/>
        </w:rPr>
        <w:t xml:space="preserve">☐  </w:t>
      </w:r>
      <w:r>
        <w:rPr>
          <w:b/>
        </w:rPr>
        <w:t xml:space="preserve">For Films and Documentaries: </w:t>
      </w:r>
      <w:r>
        <w:rPr>
          <w:color w:val="404040"/>
        </w:rPr>
        <w:t>A brief statement confirming that this is a entirely non-commercial project.</w:t>
      </w:r>
    </w:p>
    <w:p w14:paraId="3E8A8F72" w14:textId="77777777" w:rsidR="002E4FF4" w:rsidRDefault="002E4FF4">
      <w:pPr>
        <w:spacing w:after="320"/>
      </w:pPr>
    </w:p>
    <w:tbl>
      <w:tblPr>
        <w:tblW w:w="0" w:type="auto"/>
        <w:tblLook w:val="04A0" w:firstRow="1" w:lastRow="0" w:firstColumn="1" w:lastColumn="0" w:noHBand="0" w:noVBand="1"/>
      </w:tblPr>
      <w:tblGrid>
        <w:gridCol w:w="9360"/>
      </w:tblGrid>
      <w:tr w:rsidR="002E4FF4" w14:paraId="22DC8ADC" w14:textId="77777777">
        <w:tc>
          <w:tcPr>
            <w:tcW w:w="9360" w:type="dxa"/>
            <w:shd w:val="clear" w:color="auto" w:fill="EBF1F5"/>
            <w:tcMar>
              <w:top w:w="160" w:type="dxa"/>
              <w:left w:w="200" w:type="dxa"/>
              <w:bottom w:w="160" w:type="dxa"/>
              <w:right w:w="200" w:type="dxa"/>
            </w:tcMar>
          </w:tcPr>
          <w:p w14:paraId="64ADDB6F" w14:textId="77777777" w:rsidR="002E4FF4" w:rsidRDefault="00000000">
            <w:pPr>
              <w:spacing w:after="80"/>
            </w:pPr>
            <w:r>
              <w:rPr>
                <w:b/>
                <w:color w:val="1F4E79"/>
              </w:rPr>
              <w:lastRenderedPageBreak/>
              <w:t>Ready to submit?</w:t>
            </w:r>
          </w:p>
          <w:p w14:paraId="7CC8150D" w14:textId="77777777" w:rsidR="002E4FF4" w:rsidRDefault="00000000">
            <w:pPr>
              <w:spacing w:after="0"/>
            </w:pPr>
            <w:r>
              <w:t xml:space="preserve">Please send this completed form along with your proposal text to </w:t>
            </w:r>
            <w:r>
              <w:rPr>
                <w:b/>
              </w:rPr>
              <w:t>fht@falcons.co.uk</w:t>
            </w:r>
            <w:r>
              <w:t>. We look forward to reading about your work!</w:t>
            </w:r>
          </w:p>
        </w:tc>
      </w:tr>
    </w:tbl>
    <w:p w14:paraId="01C7EC92" w14:textId="77777777" w:rsidR="007E3886" w:rsidRDefault="007E3886"/>
    <w:sectPr w:rsidR="007E3886"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880900046">
    <w:abstractNumId w:val="8"/>
  </w:num>
  <w:num w:numId="2" w16cid:durableId="1734502358">
    <w:abstractNumId w:val="6"/>
  </w:num>
  <w:num w:numId="3" w16cid:durableId="1567688562">
    <w:abstractNumId w:val="5"/>
  </w:num>
  <w:num w:numId="4" w16cid:durableId="1712223572">
    <w:abstractNumId w:val="4"/>
  </w:num>
  <w:num w:numId="5" w16cid:durableId="560792378">
    <w:abstractNumId w:val="7"/>
  </w:num>
  <w:num w:numId="6" w16cid:durableId="598179243">
    <w:abstractNumId w:val="3"/>
  </w:num>
  <w:num w:numId="7" w16cid:durableId="1707440079">
    <w:abstractNumId w:val="2"/>
  </w:num>
  <w:num w:numId="8" w16cid:durableId="430590557">
    <w:abstractNumId w:val="1"/>
  </w:num>
  <w:num w:numId="9" w16cid:durableId="4947585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01747"/>
    <w:rsid w:val="0015074B"/>
    <w:rsid w:val="0029639D"/>
    <w:rsid w:val="00296A9F"/>
    <w:rsid w:val="002E4FF4"/>
    <w:rsid w:val="00326F90"/>
    <w:rsid w:val="0076000E"/>
    <w:rsid w:val="007E3886"/>
    <w:rsid w:val="00AA1D8D"/>
    <w:rsid w:val="00AF387F"/>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37365B6"/>
  <w14:defaultImageDpi w14:val="300"/>
  <w15:docId w15:val="{0CBE94EB-08EE-46EB-9D77-B167C41B3B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color w:val="2B2B2B"/>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241</Words>
  <Characters>1378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Jevgeni Shergalin</cp:lastModifiedBy>
  <cp:revision>2</cp:revision>
  <dcterms:created xsi:type="dcterms:W3CDTF">2026-09-08T12:49:00Z</dcterms:created>
  <dcterms:modified xsi:type="dcterms:W3CDTF">2026-09-08T12:49:00Z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82f7895b-0de9-49ef-bd8e-ad556b049b40</vt:lpwstr>
  </property>
</Properties>
</file>